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YENİCE DOĞA SEVERLER ARAMA KURTARMA VE</w:t>
        <w:br/>
        <w:t>TELSİZ RADYO AMATÖRLER DERNEĞİ</w:t>
      </w:r>
    </w:p>
    <w:p>
      <w:pPr>
        <w:spacing w:after="200"/>
        <w:jc w:val="center"/>
      </w:pPr>
      <w:r>
        <w:rPr>
          <w:b/>
        </w:rPr>
        <w:t>YM2VKY  |  GÖNÜLLÜ ETKİNLİK KATILIM BAŞVURU FORMU</w:t>
      </w:r>
    </w:p>
    <w:p>
      <w:r>
        <w:rPr>
          <w:b w:val="0"/>
        </w:rPr>
        <w:t>Başvuru No: ____________________     Başvuru Tarihi: ____ / ____ / ______</w:t>
      </w:r>
    </w:p>
    <w:p>
      <w:pPr>
        <w:pStyle w:val="Heading2"/>
      </w:pPr>
      <w:r>
        <w:t>1. KATILIMCI BİLGİLERİ</w:t>
      </w:r>
    </w:p>
    <w:tbl>
      <w:tblPr>
        <w:tblStyle w:val="TableGrid"/>
        <w:tblW w:type="auto" w:w="0"/>
        <w:jc w:val="center"/>
        <w:tblLook w:firstColumn="1" w:firstRow="1" w:lastColumn="0" w:lastRow="0" w:noHBand="0" w:noVBand="1" w:val="04A0"/>
      </w:tblPr>
      <w:tblGrid>
        <w:gridCol w:w="5100"/>
        <w:gridCol w:w="5100"/>
      </w:tblGrid>
      <w:tr>
        <w:tc>
          <w:tcPr>
            <w:tcW w:type="dxa" w:w="5100"/>
            <w:vAlign w:val="center"/>
          </w:tcPr>
          <w:p>
            <w:r>
              <w:t>Adı ve Soyadı</w:t>
            </w:r>
          </w:p>
        </w:tc>
        <w:tc>
          <w:tcPr>
            <w:tcW w:type="dxa" w:w="5100"/>
            <w:vAlign w:val="center"/>
          </w:tcPr>
          <w:p>
            <w:r>
              <w:t>________________________________________________</w:t>
            </w:r>
          </w:p>
        </w:tc>
      </w:tr>
      <w:tr>
        <w:tc>
          <w:tcPr>
            <w:tcW w:type="dxa" w:w="5100"/>
            <w:vAlign w:val="center"/>
          </w:tcPr>
          <w:p>
            <w:r>
              <w:t>Doğum Tarihi</w:t>
            </w:r>
          </w:p>
        </w:tc>
        <w:tc>
          <w:tcPr>
            <w:tcW w:type="dxa" w:w="5100"/>
            <w:vAlign w:val="center"/>
          </w:tcPr>
          <w:p>
            <w:r>
              <w:t>____ / ____ / ______</w:t>
            </w:r>
          </w:p>
        </w:tc>
      </w:tr>
      <w:tr>
        <w:tc>
          <w:tcPr>
            <w:tcW w:type="dxa" w:w="5100"/>
            <w:vAlign w:val="center"/>
          </w:tcPr>
          <w:p>
            <w:r>
              <w:t>Telefon (varsa)</w:t>
            </w:r>
          </w:p>
        </w:tc>
        <w:tc>
          <w:tcPr>
            <w:tcW w:type="dxa" w:w="5100"/>
            <w:vAlign w:val="center"/>
          </w:tcPr>
          <w:p>
            <w:r>
              <w:t>________________________________________________</w:t>
            </w:r>
          </w:p>
        </w:tc>
      </w:tr>
      <w:tr>
        <w:tc>
          <w:tcPr>
            <w:tcW w:type="dxa" w:w="5100"/>
            <w:vAlign w:val="center"/>
          </w:tcPr>
          <w:p>
            <w:r>
              <w:t>E-posta (varsa)</w:t>
            </w:r>
          </w:p>
        </w:tc>
        <w:tc>
          <w:tcPr>
            <w:tcW w:type="dxa" w:w="5100"/>
            <w:vAlign w:val="center"/>
          </w:tcPr>
          <w:p>
            <w:r>
              <w:t>________________________________________________</w:t>
            </w:r>
          </w:p>
        </w:tc>
      </w:tr>
      <w:tr>
        <w:tc>
          <w:tcPr>
            <w:tcW w:type="dxa" w:w="5100"/>
            <w:vAlign w:val="center"/>
          </w:tcPr>
          <w:p>
            <w:r>
              <w:t>İl / İlçe</w:t>
            </w:r>
          </w:p>
        </w:tc>
        <w:tc>
          <w:tcPr>
            <w:tcW w:type="dxa" w:w="5100"/>
            <w:vAlign w:val="center"/>
          </w:tcPr>
          <w:p>
            <w:r>
              <w:t>________________________________________________</w:t>
            </w:r>
          </w:p>
        </w:tc>
      </w:tr>
    </w:tbl>
    <w:p>
      <w:pPr>
        <w:pStyle w:val="Heading2"/>
      </w:pPr>
      <w:r>
        <w:t>2. ACİL DURUMDA ULAŞILACAK KİŞİ</w:t>
      </w:r>
    </w:p>
    <w:tbl>
      <w:tblPr>
        <w:tblStyle w:val="TableGrid"/>
        <w:tblW w:type="auto" w:w="0"/>
        <w:jc w:val="center"/>
        <w:tblLook w:firstColumn="1" w:firstRow="1" w:lastColumn="0" w:lastRow="0" w:noHBand="0" w:noVBand="1" w:val="04A0"/>
      </w:tblPr>
      <w:tblGrid>
        <w:gridCol w:w="5100"/>
        <w:gridCol w:w="5100"/>
      </w:tblGrid>
      <w:tr>
        <w:tc>
          <w:tcPr>
            <w:tcW w:type="dxa" w:w="5100"/>
            <w:vAlign w:val="center"/>
          </w:tcPr>
          <w:p>
            <w:r>
              <w:t>Adı Soyadı / Yakınlığı</w:t>
            </w:r>
          </w:p>
        </w:tc>
        <w:tc>
          <w:tcPr>
            <w:tcW w:type="dxa" w:w="5100"/>
            <w:vAlign w:val="center"/>
          </w:tcPr>
          <w:p>
            <w:r>
              <w:t>________________________________________________</w:t>
            </w:r>
          </w:p>
        </w:tc>
      </w:tr>
      <w:tr>
        <w:tc>
          <w:tcPr>
            <w:tcW w:type="dxa" w:w="5100"/>
            <w:vAlign w:val="center"/>
          </w:tcPr>
          <w:p>
            <w:r>
              <w:t>Telefon Numarası</w:t>
            </w:r>
          </w:p>
        </w:tc>
        <w:tc>
          <w:tcPr>
            <w:tcW w:type="dxa" w:w="5100"/>
            <w:vAlign w:val="center"/>
          </w:tcPr>
          <w:p>
            <w:r>
              <w:t>________________________________________________</w:t>
            </w:r>
          </w:p>
        </w:tc>
      </w:tr>
    </w:tbl>
    <w:p>
      <w:pPr>
        <w:pStyle w:val="Heading2"/>
      </w:pPr>
      <w:r>
        <w:t>3. İLGİ ALANLARI (Birden fazla işaretlenebilir)</w:t>
      </w:r>
    </w:p>
    <w:p>
      <w:r>
        <w:rPr>
          <w:b w:val="0"/>
        </w:rPr>
        <w:t>☐ Doğa yürüyüşü ve çevre etkinlikleri    ☐ Afet farkındalığı ve eğitimler</w:t>
      </w:r>
    </w:p>
    <w:p>
      <w:r>
        <w:rPr>
          <w:b w:val="0"/>
        </w:rPr>
        <w:t>☐ Arama kurtarma tanıtım ve eğitimleri    ☐ Amatör telsiz / haberleşme</w:t>
      </w:r>
    </w:p>
    <w:p>
      <w:r>
        <w:rPr>
          <w:b w:val="0"/>
        </w:rPr>
        <w:t>☐ Sosyal sorumluluk ve gönüllülük çalışmaları</w:t>
      </w:r>
    </w:p>
    <w:p>
      <w:pPr>
        <w:pStyle w:val="Heading2"/>
      </w:pPr>
      <w:r>
        <w:t>4. KATILIM BEYANI</w:t>
      </w:r>
    </w:p>
    <w:p>
      <w:r>
        <w:rPr>
          <w:b w:val="0"/>
        </w:rPr>
        <w:t>Dernek etkinliklerinin kuralları ve görevli yönlendirmelerine uyacağımı; eğitim ve yetkilendirme gerektiren arama kurtarma, ilk yardım ve telsiz faaliyetlerini gerekli şartları sağlamadan bağımsız olarak yürütmeyeceğimi kabul ederim. Etkinlik içeriği ve olası riskler hakkında ayrıca bilgilendirileceğimi biliyorum.</w:t>
      </w:r>
    </w:p>
    <w:p>
      <w:r>
        <w:rPr>
          <w:b w:val="0"/>
        </w:rPr>
        <w:t>Katılımcı Adı Soyadı: _________________________   İmza: __________________</w:t>
      </w:r>
    </w:p>
    <w:p>
      <w:pPr>
        <w:pStyle w:val="Heading2"/>
      </w:pPr>
      <w:r>
        <w:t>5. 18 YAŞ ALTI KATILIMCILAR İÇİN VELİ / VASİ İZNİ</w:t>
      </w:r>
    </w:p>
    <w:p>
      <w:r>
        <w:rPr>
          <w:b w:val="0"/>
        </w:rPr>
        <w:t>Velisi / yasal vasisi olduğum yukarıda bilgileri yer alan çocuğun, yaşına uygun ve sorumlu yetişkin gözetiminde gerçekleştirilen dernek etkinliklerine, etkinlik bazında ayrıca iletilecek ayrıntılar ve güvenlik kuralları çerçevesinde katılmasına izin veriyorum. Riskli veya özel izin gerektiren faaliyetler için ayrı izin alınması gerektiğini biliyorum.</w:t>
      </w:r>
    </w:p>
    <w:tbl>
      <w:tblPr>
        <w:tblStyle w:val="TableGrid"/>
        <w:tblW w:type="auto" w:w="0"/>
        <w:jc w:val="center"/>
        <w:tblLook w:firstColumn="1" w:firstRow="1" w:lastColumn="0" w:lastRow="0" w:noHBand="0" w:noVBand="1" w:val="04A0"/>
      </w:tblPr>
      <w:tblGrid>
        <w:gridCol w:w="5100"/>
        <w:gridCol w:w="5100"/>
      </w:tblGrid>
      <w:tr>
        <w:tc>
          <w:tcPr>
            <w:tcW w:type="dxa" w:w="5100"/>
            <w:vAlign w:val="center"/>
          </w:tcPr>
          <w:p>
            <w:r>
              <w:t>Veli / Vasi Adı Soyadı</w:t>
            </w:r>
          </w:p>
        </w:tc>
        <w:tc>
          <w:tcPr>
            <w:tcW w:type="dxa" w:w="5100"/>
            <w:vAlign w:val="center"/>
          </w:tcPr>
          <w:p>
            <w:r>
              <w:t>________________________________________________</w:t>
            </w:r>
          </w:p>
        </w:tc>
      </w:tr>
      <w:tr>
        <w:tc>
          <w:tcPr>
            <w:tcW w:type="dxa" w:w="5100"/>
            <w:vAlign w:val="center"/>
          </w:tcPr>
          <w:p>
            <w:r>
              <w:t>Yakınlık Derecesi</w:t>
            </w:r>
          </w:p>
        </w:tc>
        <w:tc>
          <w:tcPr>
            <w:tcW w:type="dxa" w:w="5100"/>
            <w:vAlign w:val="center"/>
          </w:tcPr>
          <w:p>
            <w:r>
              <w:t>________________________________________________</w:t>
            </w:r>
          </w:p>
        </w:tc>
      </w:tr>
      <w:tr>
        <w:tc>
          <w:tcPr>
            <w:tcW w:type="dxa" w:w="5100"/>
            <w:vAlign w:val="center"/>
          </w:tcPr>
          <w:p>
            <w:r>
              <w:t>Telefon</w:t>
            </w:r>
          </w:p>
        </w:tc>
        <w:tc>
          <w:tcPr>
            <w:tcW w:type="dxa" w:w="5100"/>
            <w:vAlign w:val="center"/>
          </w:tcPr>
          <w:p>
            <w:r>
              <w:t>________________________________________________</w:t>
            </w:r>
          </w:p>
        </w:tc>
      </w:tr>
      <w:tr>
        <w:tc>
          <w:tcPr>
            <w:tcW w:type="dxa" w:w="5100"/>
            <w:vAlign w:val="center"/>
          </w:tcPr>
          <w:p>
            <w:r>
              <w:t>Tarih ve İmza</w:t>
            </w:r>
          </w:p>
        </w:tc>
        <w:tc>
          <w:tcPr>
            <w:tcW w:type="dxa" w:w="5100"/>
            <w:vAlign w:val="center"/>
          </w:tcPr>
          <w:p>
            <w:r>
              <w:t>________________________________________________</w:t>
            </w:r>
          </w:p>
        </w:tc>
      </w:tr>
    </w:tbl>
    <w:p>
      <w:r>
        <w:rPr>
          <w:b/>
        </w:rPr>
        <w:t>Not: Bu form gönüllü etkinlik katılımı içindir; derneğe resmî üyelik başvurusu değildir.</w:t>
      </w:r>
    </w:p>
    <w:p>
      <w:r>
        <w:br w:type="page"/>
      </w:r>
    </w:p>
    <w:p>
      <w:pPr>
        <w:pStyle w:val="Heading2"/>
      </w:pPr>
      <w:r>
        <w:t>6. KİŞİSEL VERİLER HAKKINDA BİLGİLENDİRME</w:t>
      </w:r>
    </w:p>
    <w:p>
      <w:r>
        <w:rPr>
          <w:b w:val="0"/>
        </w:rPr>
        <w:t>Veri sorumlusu: Yenice Doğa Severler Arama Kurtarma ve Telsiz Radyo Amatörler Derneği. Bu formdaki iletişim ve kimlik bilgileri; katılım başvurusunu değerlendirmek, etkinlik organizasyonunu yürütmek, güvenlik ve acil durum iletişimini sağlamak amaçlarıyla, ilgili mevzuata uygun şekilde işlenir. Veriler yalnızca yetkili kişilerce erişilebilir tutulmalı, gerekli saklama süresi sonunda mevzuata uygun şekilde silinmelidir. Başvuru sahipleri, 6698 sayılı KVKK kapsamındaki haklarını veri sorumlusuna başvurarak kullanabilir. Dernek, kullanımdan önce kendi iletişim adresini, hukuki sebepleri, alıcı gruplarını ve saklama sürelerini içeren ayrıntılı aydınlatma metnini ayrıca sunmalıdır.</w:t>
      </w:r>
    </w:p>
    <w:p>
      <w:pPr>
        <w:pStyle w:val="Heading2"/>
      </w:pPr>
      <w:r>
        <w:t>7. FOTOĞRAF / VİDEO PAYLAŞIM TERCİHİ (İSTEĞE BAĞLI)</w:t>
      </w:r>
    </w:p>
    <w:p>
      <w:r>
        <w:rPr>
          <w:b w:val="0"/>
        </w:rPr>
        <w:t>Etkinliklerde çekilen ve kimliğimi belirlenebilir kılan fotoğraf / videoların derneğin internet sitesi ve sosyal medya hesaplarında paylaşılmasına:</w:t>
      </w:r>
    </w:p>
    <w:p>
      <w:r>
        <w:rPr>
          <w:b w:val="0"/>
        </w:rPr>
        <w:t>☐ Açık rıza veriyorum.                  ☐ Açık rıza vermiyorum.</w:t>
      </w:r>
    </w:p>
    <w:p>
      <w:r>
        <w:rPr>
          <w:b w:val="0"/>
        </w:rPr>
        <w:t>Bu tercih gönüllü etkinliğe katılım koşulu değildir. Verilen rıza geri çekilebilir; geri çekme ileriye dönük işler.</w:t>
      </w:r>
    </w:p>
    <w:p>
      <w:r>
        <w:rPr>
          <w:b w:val="0"/>
        </w:rPr>
        <w:t>Katılımcı (18 yaş ve üzeri) / Veli-Vasi (18 yaş altı)</w:t>
      </w:r>
    </w:p>
    <w:p>
      <w:r>
        <w:rPr>
          <w:b w:val="0"/>
        </w:rPr>
        <w:t>Adı Soyadı: _________________________________   Tarih: ____ / ____ / ______</w:t>
      </w:r>
    </w:p>
    <w:p>
      <w:r>
        <w:rPr>
          <w:b w:val="0"/>
        </w:rPr>
        <w:t>İmza: ______________________________________</w:t>
      </w:r>
    </w:p>
    <w:p>
      <w:pPr>
        <w:pStyle w:val="Heading2"/>
      </w:pPr>
      <w:r>
        <w:t>8. BAŞVURU EKLERİ / KONTROL LİSTESİ</w:t>
      </w:r>
    </w:p>
    <w:p>
      <w:r>
        <w:rPr>
          <w:b w:val="0"/>
        </w:rPr>
        <w:t>☐ Başvuru formu eksiksiz dolduruldu.</w:t>
      </w:r>
    </w:p>
    <w:p>
      <w:r>
        <w:rPr>
          <w:b w:val="0"/>
        </w:rPr>
        <w:t>☐ Kimlik belgesi yalnızca gerektiğinde ibraz edilerek doğrulandı (rutin fotokopi alınmaz).</w:t>
      </w:r>
    </w:p>
    <w:p>
      <w:r>
        <w:rPr>
          <w:b w:val="0"/>
        </w:rPr>
        <w:t>☐ 18 yaş altı için veli / vasi izni alındı (uygunsa).</w:t>
      </w:r>
    </w:p>
    <w:p>
      <w:r>
        <w:rPr>
          <w:b w:val="0"/>
        </w:rPr>
        <w:t>☐ Etkinliğe özel güvenlik bilgilendirmesi yapıldı.</w:t>
      </w:r>
    </w:p>
    <w:p>
      <w:r>
        <w:rPr>
          <w:b w:val="0"/>
        </w:rPr>
        <w:t>☐ Fotoğraf / video paylaşımı tercihi kaydedildi (isteğe bağlı).</w:t>
      </w:r>
    </w:p>
    <w:p>
      <w:pPr>
        <w:pStyle w:val="Heading2"/>
      </w:pPr>
      <w:r>
        <w:t>9. DERNEK YETKİLİSİ TARAFINDAN DOLDURULACAKTIR</w:t>
      </w:r>
    </w:p>
    <w:p>
      <w:r>
        <w:rPr>
          <w:b w:val="0"/>
        </w:rPr>
        <w:t>Başvuru Durumu:   ☐ Alındı     ☐ Eksik belge var     ☐ Katılım için uygun</w:t>
      </w:r>
    </w:p>
    <w:p>
      <w:r>
        <w:rPr>
          <w:b w:val="0"/>
        </w:rPr>
        <w:t>Açıklama: __________________________________________________________________</w:t>
      </w:r>
    </w:p>
    <w:p>
      <w:r>
        <w:rPr>
          <w:b w:val="0"/>
        </w:rPr>
        <w:t>Yetkili Adı Soyadı: __________________________  İmza: _____________________</w:t>
      </w:r>
    </w:p>
    <w:p>
      <w:r>
        <w:rPr>
          <w:b w:val="0"/>
        </w:rPr>
        <w:t>İletişim / Başvuru Yeri: ____________________________________________________</w:t>
      </w:r>
    </w:p>
    <w:p>
      <w:pPr>
        <w:jc w:val="center"/>
      </w:pPr>
      <w:r>
        <w:rPr>
          <w:b/>
        </w:rPr>
        <w:t>Doğada Birlik, Afette Dayanışma, Haberleşmede Güven!</w:t>
      </w:r>
    </w:p>
    <w:sectPr w:rsidR="00FC693F" w:rsidRPr="0006063C" w:rsidSect="00034616">
      <w:footerReference w:type="default" r:id="rId9"/>
      <w:pgSz w:w="12240" w:h="15840"/>
      <w:pgMar w:top="935"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YM2VKY  •  Gönüllü Katılım Başvuru Formu</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DejaVu Sans" w:hAnsi="DejaVu Sa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165245"/>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DejaVu Sans" w:hAnsi="DejaVu Sans"/>
      <w:b/>
      <w:color w:val="144139"/>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